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DE246" w14:textId="6CF58786" w:rsidR="00450E2F" w:rsidRPr="0050341A" w:rsidRDefault="00FA0FEF">
      <w:pPr>
        <w:jc w:val="center"/>
        <w:rPr>
          <w:color w:val="auto"/>
        </w:rPr>
      </w:pPr>
      <w:r w:rsidRPr="0050341A">
        <w:rPr>
          <w:b/>
          <w:color w:val="auto"/>
          <w:sz w:val="24"/>
        </w:rPr>
        <w:t>REGIONE CAMPANIA</w:t>
      </w:r>
      <w:r w:rsidRPr="0050341A">
        <w:rPr>
          <w:b/>
          <w:color w:val="auto"/>
          <w:sz w:val="24"/>
        </w:rPr>
        <w:br/>
      </w:r>
      <w:proofErr w:type="spellStart"/>
      <w:r w:rsidRPr="0050341A">
        <w:rPr>
          <w:color w:val="auto"/>
          <w:sz w:val="20"/>
        </w:rPr>
        <w:t>Direzione</w:t>
      </w:r>
      <w:proofErr w:type="spellEnd"/>
      <w:r w:rsidRPr="0050341A">
        <w:rPr>
          <w:color w:val="auto"/>
          <w:sz w:val="20"/>
        </w:rPr>
        <w:t xml:space="preserve"> Generale </w:t>
      </w:r>
      <w:proofErr w:type="spellStart"/>
      <w:r w:rsidRPr="0050341A">
        <w:rPr>
          <w:color w:val="auto"/>
          <w:sz w:val="20"/>
        </w:rPr>
        <w:t>Politiche</w:t>
      </w:r>
      <w:proofErr w:type="spellEnd"/>
      <w:r w:rsidRPr="0050341A">
        <w:rPr>
          <w:color w:val="auto"/>
          <w:sz w:val="20"/>
        </w:rPr>
        <w:t xml:space="preserve"> Agricole, </w:t>
      </w:r>
      <w:proofErr w:type="spellStart"/>
      <w:r w:rsidRPr="0050341A">
        <w:rPr>
          <w:color w:val="auto"/>
          <w:sz w:val="20"/>
        </w:rPr>
        <w:t>Alimentari</w:t>
      </w:r>
      <w:proofErr w:type="spellEnd"/>
      <w:r w:rsidRPr="0050341A">
        <w:rPr>
          <w:color w:val="auto"/>
          <w:sz w:val="20"/>
        </w:rPr>
        <w:t xml:space="preserve"> e </w:t>
      </w:r>
      <w:proofErr w:type="spellStart"/>
      <w:r w:rsidRPr="0050341A">
        <w:rPr>
          <w:color w:val="auto"/>
          <w:sz w:val="20"/>
        </w:rPr>
        <w:t>Forestali</w:t>
      </w:r>
      <w:proofErr w:type="spellEnd"/>
      <w:r w:rsidR="0050341A" w:rsidRPr="0050341A">
        <w:rPr>
          <w:color w:val="auto"/>
          <w:sz w:val="20"/>
        </w:rPr>
        <w:t xml:space="preserve"> – UOS 207.01.03</w:t>
      </w:r>
      <w:r w:rsidRPr="0050341A">
        <w:rPr>
          <w:color w:val="auto"/>
          <w:sz w:val="20"/>
        </w:rPr>
        <w:br/>
      </w:r>
      <w:r w:rsidR="0050341A" w:rsidRPr="0050341A">
        <w:rPr>
          <w:b/>
          <w:color w:val="auto"/>
          <w:sz w:val="20"/>
        </w:rPr>
        <w:t>PN</w:t>
      </w:r>
      <w:r w:rsidRPr="0050341A">
        <w:rPr>
          <w:b/>
          <w:color w:val="auto"/>
          <w:sz w:val="20"/>
        </w:rPr>
        <w:t xml:space="preserve"> FEAMPA 2021-2027 —CODICE INTERVENTO 222507</w:t>
      </w:r>
      <w:r w:rsidRPr="0050341A">
        <w:rPr>
          <w:b/>
          <w:color w:val="auto"/>
          <w:sz w:val="20"/>
        </w:rPr>
        <w:br/>
      </w:r>
    </w:p>
    <w:p w14:paraId="303E83A1" w14:textId="77777777" w:rsidR="00450E2F" w:rsidRPr="0050341A" w:rsidRDefault="00FA0FEF">
      <w:pPr>
        <w:jc w:val="center"/>
        <w:rPr>
          <w:color w:val="auto"/>
        </w:rPr>
      </w:pPr>
      <w:r w:rsidRPr="0050341A">
        <w:rPr>
          <w:i/>
          <w:color w:val="auto"/>
          <w:sz w:val="20"/>
        </w:rPr>
        <w:t>Bando approvato con Decreto Dirigenziale n. 646 del 06/08/2026</w:t>
      </w:r>
      <w:r w:rsidRPr="0050341A">
        <w:rPr>
          <w:i/>
          <w:color w:val="auto"/>
          <w:sz w:val="20"/>
        </w:rPr>
        <w:br/>
        <w:t>"Indennizzi finanziari a copertura dei maggiori costi di produzione sostenuti dalle imprese della pesca e dell'acquacoltura per effetto del conflitto bellico in Medio Oriente"</w:t>
      </w:r>
    </w:p>
    <w:p w14:paraId="694C760D" w14:textId="77777777" w:rsidR="00450E2F" w:rsidRPr="0050341A" w:rsidRDefault="00450E2F">
      <w:pPr>
        <w:spacing w:after="120"/>
        <w:rPr>
          <w:color w:val="auto"/>
        </w:rPr>
      </w:pPr>
    </w:p>
    <w:p w14:paraId="3559C443" w14:textId="77777777" w:rsidR="00450E2F" w:rsidRPr="0050341A" w:rsidRDefault="00FA0FEF">
      <w:pPr>
        <w:jc w:val="center"/>
        <w:rPr>
          <w:color w:val="auto"/>
        </w:rPr>
      </w:pPr>
      <w:r w:rsidRPr="0050341A">
        <w:rPr>
          <w:b/>
          <w:color w:val="auto"/>
          <w:sz w:val="30"/>
        </w:rPr>
        <w:t>DICHIARAZIONE SOSTITUTIVA DELL'ATTO DI NOTORIETÀ</w:t>
      </w:r>
      <w:r w:rsidRPr="0050341A">
        <w:rPr>
          <w:b/>
          <w:color w:val="auto"/>
          <w:sz w:val="30"/>
        </w:rPr>
        <w:br/>
        <w:t>E CONTESTUALE ATTO DI IMPEGNO</w:t>
      </w:r>
    </w:p>
    <w:p w14:paraId="4FCB1BA0" w14:textId="77777777" w:rsidR="00450E2F" w:rsidRPr="0050341A" w:rsidRDefault="00FA0FEF">
      <w:pPr>
        <w:jc w:val="center"/>
        <w:rPr>
          <w:color w:val="auto"/>
        </w:rPr>
      </w:pPr>
      <w:r w:rsidRPr="0050341A">
        <w:rPr>
          <w:i/>
          <w:color w:val="auto"/>
          <w:sz w:val="20"/>
        </w:rPr>
        <w:t>(Rilasciata ai sensi degli articoli 46 e 47 del D.P.R. 28 dicembre 2000, n. 445 e ss.mm.ii.)</w:t>
      </w:r>
    </w:p>
    <w:p w14:paraId="3DEFA86F" w14:textId="77777777" w:rsidR="00450E2F" w:rsidRPr="0050341A" w:rsidRDefault="00450E2F">
      <w:pPr>
        <w:spacing w:after="240"/>
        <w:rPr>
          <w:color w:val="auto"/>
        </w:rPr>
      </w:pPr>
    </w:p>
    <w:p w14:paraId="2E1D85F7" w14:textId="77777777" w:rsidR="00450E2F" w:rsidRPr="0050341A" w:rsidRDefault="00FA0FEF" w:rsidP="0050341A">
      <w:pPr>
        <w:spacing w:after="120"/>
        <w:jc w:val="both"/>
        <w:rPr>
          <w:color w:val="auto"/>
        </w:rPr>
      </w:pPr>
      <w:r w:rsidRPr="0050341A">
        <w:rPr>
          <w:color w:val="auto"/>
        </w:rPr>
        <w:t xml:space="preserve">Il/La sottoscritto/a __________________________________________________________, nato/a a ____________________________ (____) il ____/____/________, Codice Fiscale ____________________________, residente in ____________________________ (____), via/piazza ___________________________________ n. ____, in qualità di </w:t>
      </w:r>
      <w:r w:rsidRPr="0050341A">
        <w:rPr>
          <w:b/>
          <w:color w:val="auto"/>
        </w:rPr>
        <w:t>Titolare / Legale Rappresentante</w:t>
      </w:r>
      <w:r w:rsidRPr="0050341A">
        <w:rPr>
          <w:color w:val="auto"/>
        </w:rPr>
        <w:t xml:space="preserve"> dell'impresa: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3744"/>
        <w:gridCol w:w="5616"/>
      </w:tblGrid>
      <w:tr w:rsidR="00450E2F" w:rsidRPr="0050341A" w14:paraId="01C7254A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A90DD4" w14:textId="77777777" w:rsidR="00450E2F" w:rsidRPr="0050341A" w:rsidRDefault="00FA0FEF" w:rsidP="0050341A">
            <w:pPr>
              <w:jc w:val="both"/>
              <w:rPr>
                <w:color w:val="auto"/>
              </w:rPr>
            </w:pPr>
            <w:r w:rsidRPr="0050341A">
              <w:rPr>
                <w:b/>
                <w:color w:val="auto"/>
                <w:sz w:val="19"/>
              </w:rPr>
              <w:t>Denominazione / Ragione Sociale:</w:t>
            </w:r>
          </w:p>
        </w:tc>
        <w:tc>
          <w:tcPr>
            <w:tcW w:w="561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84413B" w14:textId="77777777" w:rsidR="00450E2F" w:rsidRPr="0050341A" w:rsidRDefault="00FA0FEF" w:rsidP="0050341A">
            <w:pPr>
              <w:jc w:val="both"/>
              <w:rPr>
                <w:color w:val="auto"/>
              </w:rPr>
            </w:pPr>
            <w:r w:rsidRPr="0050341A">
              <w:rPr>
                <w:color w:val="auto"/>
                <w:sz w:val="19"/>
              </w:rPr>
              <w:t>______________________________________________________</w:t>
            </w:r>
          </w:p>
        </w:tc>
      </w:tr>
      <w:tr w:rsidR="00450E2F" w:rsidRPr="0050341A" w14:paraId="53DB2B0E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E4BD8" w14:textId="77777777" w:rsidR="00450E2F" w:rsidRPr="0050341A" w:rsidRDefault="00FA0FEF" w:rsidP="0050341A">
            <w:pPr>
              <w:jc w:val="both"/>
              <w:rPr>
                <w:color w:val="auto"/>
              </w:rPr>
            </w:pPr>
            <w:r w:rsidRPr="0050341A">
              <w:rPr>
                <w:b/>
                <w:color w:val="auto"/>
                <w:sz w:val="19"/>
              </w:rPr>
              <w:t>Codice Fiscale / Partita IVA:</w:t>
            </w:r>
          </w:p>
        </w:tc>
        <w:tc>
          <w:tcPr>
            <w:tcW w:w="561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E06DA6" w14:textId="77777777" w:rsidR="00450E2F" w:rsidRPr="0050341A" w:rsidRDefault="00FA0FEF" w:rsidP="0050341A">
            <w:pPr>
              <w:jc w:val="both"/>
              <w:rPr>
                <w:color w:val="auto"/>
              </w:rPr>
            </w:pPr>
            <w:r w:rsidRPr="0050341A">
              <w:rPr>
                <w:color w:val="auto"/>
                <w:sz w:val="19"/>
              </w:rPr>
              <w:t>___________________________ / ________________________</w:t>
            </w:r>
          </w:p>
        </w:tc>
      </w:tr>
      <w:tr w:rsidR="00450E2F" w:rsidRPr="0050341A" w14:paraId="316E26D8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0FA94E" w14:textId="77777777" w:rsidR="00450E2F" w:rsidRPr="0050341A" w:rsidRDefault="00FA0FEF" w:rsidP="0050341A">
            <w:pPr>
              <w:jc w:val="both"/>
              <w:rPr>
                <w:color w:val="auto"/>
              </w:rPr>
            </w:pPr>
            <w:r w:rsidRPr="0050341A">
              <w:rPr>
                <w:b/>
                <w:color w:val="auto"/>
                <w:sz w:val="19"/>
              </w:rPr>
              <w:t>Sede Legale (Comune, Prov., Indirizzo):</w:t>
            </w:r>
          </w:p>
        </w:tc>
        <w:tc>
          <w:tcPr>
            <w:tcW w:w="561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EDA6B" w14:textId="77777777" w:rsidR="00450E2F" w:rsidRPr="0050341A" w:rsidRDefault="00FA0FEF" w:rsidP="0050341A">
            <w:pPr>
              <w:jc w:val="both"/>
              <w:rPr>
                <w:color w:val="auto"/>
              </w:rPr>
            </w:pPr>
            <w:r w:rsidRPr="0050341A">
              <w:rPr>
                <w:color w:val="auto"/>
                <w:sz w:val="19"/>
              </w:rPr>
              <w:t>______________________________________________________</w:t>
            </w:r>
          </w:p>
        </w:tc>
      </w:tr>
      <w:tr w:rsidR="00450E2F" w:rsidRPr="0050341A" w14:paraId="05A7A43A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D4FC7D" w14:textId="37B8FBE0" w:rsidR="00450E2F" w:rsidRPr="0050341A" w:rsidRDefault="00FA0FEF" w:rsidP="0050341A">
            <w:pPr>
              <w:jc w:val="both"/>
              <w:rPr>
                <w:color w:val="auto"/>
              </w:rPr>
            </w:pPr>
            <w:proofErr w:type="spellStart"/>
            <w:r w:rsidRPr="0050341A">
              <w:rPr>
                <w:b/>
                <w:color w:val="auto"/>
                <w:sz w:val="19"/>
              </w:rPr>
              <w:t>Settore</w:t>
            </w:r>
            <w:proofErr w:type="spellEnd"/>
            <w:r w:rsidRPr="0050341A">
              <w:rPr>
                <w:b/>
                <w:color w:val="auto"/>
                <w:sz w:val="19"/>
              </w:rPr>
              <w:t xml:space="preserve"> di </w:t>
            </w:r>
            <w:proofErr w:type="spellStart"/>
            <w:r w:rsidRPr="0050341A">
              <w:rPr>
                <w:b/>
                <w:color w:val="auto"/>
                <w:sz w:val="19"/>
              </w:rPr>
              <w:t>attività</w:t>
            </w:r>
            <w:proofErr w:type="spellEnd"/>
            <w:r w:rsidRPr="0050341A">
              <w:rPr>
                <w:b/>
                <w:color w:val="auto"/>
                <w:sz w:val="19"/>
              </w:rPr>
              <w:t xml:space="preserve"> (</w:t>
            </w:r>
            <w:proofErr w:type="spellStart"/>
            <w:r w:rsidR="0050341A" w:rsidRPr="0050341A">
              <w:rPr>
                <w:b/>
                <w:color w:val="auto"/>
                <w:sz w:val="19"/>
              </w:rPr>
              <w:t>Codice</w:t>
            </w:r>
            <w:proofErr w:type="spellEnd"/>
            <w:r w:rsidR="0050341A" w:rsidRPr="0050341A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50341A">
              <w:rPr>
                <w:b/>
                <w:color w:val="auto"/>
                <w:sz w:val="19"/>
              </w:rPr>
              <w:t>Ateco</w:t>
            </w:r>
            <w:proofErr w:type="spellEnd"/>
            <w:r w:rsidRPr="0050341A">
              <w:rPr>
                <w:b/>
                <w:color w:val="auto"/>
                <w:sz w:val="19"/>
              </w:rPr>
              <w:t>):</w:t>
            </w:r>
          </w:p>
        </w:tc>
        <w:tc>
          <w:tcPr>
            <w:tcW w:w="561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74750" w14:textId="5C4C275E" w:rsidR="00450E2F" w:rsidRPr="0050341A" w:rsidRDefault="00FA0FEF" w:rsidP="0050341A">
            <w:pPr>
              <w:jc w:val="both"/>
              <w:rPr>
                <w:color w:val="auto"/>
              </w:rPr>
            </w:pPr>
            <w:proofErr w:type="spellStart"/>
            <w:r w:rsidRPr="0050341A">
              <w:rPr>
                <w:color w:val="auto"/>
                <w:sz w:val="19"/>
              </w:rPr>
              <w:t>Acquacoltura</w:t>
            </w:r>
            <w:proofErr w:type="spellEnd"/>
            <w:r w:rsidRPr="0050341A">
              <w:rPr>
                <w:color w:val="auto"/>
                <w:sz w:val="19"/>
              </w:rPr>
              <w:t xml:space="preserve"> (</w:t>
            </w:r>
            <w:proofErr w:type="spellStart"/>
            <w:r w:rsidRPr="0050341A">
              <w:rPr>
                <w:color w:val="auto"/>
                <w:sz w:val="19"/>
              </w:rPr>
              <w:t>Ateco</w:t>
            </w:r>
            <w:proofErr w:type="spellEnd"/>
            <w:r w:rsidRPr="0050341A">
              <w:rPr>
                <w:color w:val="auto"/>
                <w:sz w:val="19"/>
              </w:rPr>
              <w:t xml:space="preserve"> 03.2)</w:t>
            </w:r>
          </w:p>
        </w:tc>
      </w:tr>
    </w:tbl>
    <w:p w14:paraId="0B540896" w14:textId="77777777" w:rsidR="00450E2F" w:rsidRPr="0050341A" w:rsidRDefault="00450E2F" w:rsidP="0050341A">
      <w:pPr>
        <w:jc w:val="both"/>
        <w:rPr>
          <w:color w:val="auto"/>
        </w:rPr>
      </w:pPr>
    </w:p>
    <w:p w14:paraId="31DA08DB" w14:textId="77777777" w:rsidR="00450E2F" w:rsidRPr="0050341A" w:rsidRDefault="00FA0FEF" w:rsidP="0050341A">
      <w:pPr>
        <w:jc w:val="both"/>
        <w:rPr>
          <w:color w:val="auto"/>
        </w:rPr>
      </w:pPr>
      <w:r w:rsidRPr="0050341A">
        <w:rPr>
          <w:i/>
          <w:color w:val="auto"/>
          <w:sz w:val="19"/>
        </w:rPr>
        <w:t>consapevole delle sanzioni penali previste dall'art. 76 del D.P.R. 28 dicembre 2000, n. 445 per le ipotesi di falsità in atti e dichiarazioni mendaci, nonché della decadenza dai benefici eventualmente conseguiti ai sensi dell'art. 75 del medesimo D.P.R. e delle specifiche sanzioni amministrative e di revoca previste dal Bando di attuazione FEAMPA (Decreto Dirigenziale n. 646 del 06/08/2026),</w:t>
      </w:r>
    </w:p>
    <w:p w14:paraId="14929367" w14:textId="77777777" w:rsidR="00450E2F" w:rsidRPr="0050341A" w:rsidRDefault="00FA0FEF" w:rsidP="0050341A">
      <w:pPr>
        <w:spacing w:before="240" w:after="120"/>
        <w:jc w:val="both"/>
        <w:rPr>
          <w:color w:val="auto"/>
        </w:rPr>
      </w:pPr>
      <w:r w:rsidRPr="0050341A">
        <w:rPr>
          <w:b/>
          <w:color w:val="auto"/>
          <w:sz w:val="24"/>
        </w:rPr>
        <w:t>SEZIONE I — DICHIARAZIONE SOSTITUTIVA (Artt. 46 e 47 D.P.R. n. 445/2000)</w:t>
      </w:r>
    </w:p>
    <w:p w14:paraId="2AD695F6" w14:textId="4927BF9D" w:rsidR="00450E2F" w:rsidRPr="0050341A" w:rsidRDefault="00FA0FEF" w:rsidP="0050341A">
      <w:pPr>
        <w:jc w:val="both"/>
        <w:rPr>
          <w:color w:val="auto"/>
        </w:rPr>
      </w:pPr>
      <w:r w:rsidRPr="0050341A">
        <w:rPr>
          <w:b/>
          <w:color w:val="auto"/>
        </w:rPr>
        <w:t>DICHIARA SOTTO LA PROPRIA RESPONSABILITÀ</w:t>
      </w:r>
      <w:r w:rsidR="0050341A">
        <w:rPr>
          <w:b/>
          <w:color w:val="auto"/>
        </w:rPr>
        <w:t xml:space="preserve"> </w:t>
      </w:r>
      <w:proofErr w:type="spellStart"/>
      <w:r w:rsidR="0050341A" w:rsidRPr="0050341A">
        <w:rPr>
          <w:bCs/>
          <w:color w:val="auto"/>
        </w:rPr>
        <w:t>c</w:t>
      </w:r>
      <w:r w:rsidRPr="0050341A">
        <w:rPr>
          <w:bCs/>
          <w:color w:val="auto"/>
        </w:rPr>
        <w:t>h</w:t>
      </w:r>
      <w:r w:rsidRPr="0050341A">
        <w:rPr>
          <w:color w:val="auto"/>
        </w:rPr>
        <w:t>e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l'impresa</w:t>
      </w:r>
      <w:proofErr w:type="spellEnd"/>
      <w:r w:rsidRPr="0050341A">
        <w:rPr>
          <w:color w:val="auto"/>
        </w:rPr>
        <w:t xml:space="preserve"> sopra </w:t>
      </w:r>
      <w:proofErr w:type="spellStart"/>
      <w:r w:rsidRPr="0050341A">
        <w:rPr>
          <w:color w:val="auto"/>
        </w:rPr>
        <w:t>indicata</w:t>
      </w:r>
      <w:proofErr w:type="spellEnd"/>
      <w:r w:rsidRPr="0050341A">
        <w:rPr>
          <w:color w:val="auto"/>
        </w:rPr>
        <w:t xml:space="preserve"> ha svolto ininterrottamente la propria </w:t>
      </w:r>
      <w:proofErr w:type="spellStart"/>
      <w:r w:rsidRPr="0050341A">
        <w:rPr>
          <w:color w:val="auto"/>
        </w:rPr>
        <w:t>attività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produttiva</w:t>
      </w:r>
      <w:proofErr w:type="spellEnd"/>
      <w:r w:rsidRPr="0050341A">
        <w:rPr>
          <w:color w:val="auto"/>
        </w:rPr>
        <w:t xml:space="preserve"> ed è </w:t>
      </w:r>
      <w:proofErr w:type="spellStart"/>
      <w:r w:rsidRPr="0050341A">
        <w:rPr>
          <w:color w:val="auto"/>
        </w:rPr>
        <w:t>risultata</w:t>
      </w:r>
      <w:proofErr w:type="spellEnd"/>
      <w:r w:rsidRPr="0050341A">
        <w:rPr>
          <w:color w:val="auto"/>
        </w:rPr>
        <w:t xml:space="preserve"> in </w:t>
      </w:r>
      <w:proofErr w:type="spellStart"/>
      <w:r w:rsidRPr="0050341A">
        <w:rPr>
          <w:color w:val="auto"/>
        </w:rPr>
        <w:t>effettivo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esercizio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nel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periodo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compreso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tra</w:t>
      </w:r>
      <w:proofErr w:type="spellEnd"/>
      <w:r w:rsidRPr="0050341A">
        <w:rPr>
          <w:color w:val="auto"/>
        </w:rPr>
        <w:t xml:space="preserve"> il </w:t>
      </w:r>
      <w:r w:rsidRPr="0050341A">
        <w:rPr>
          <w:b/>
          <w:color w:val="auto"/>
        </w:rPr>
        <w:t>28 febbraio 2026</w:t>
      </w:r>
      <w:r w:rsidRPr="0050341A">
        <w:rPr>
          <w:color w:val="auto"/>
        </w:rPr>
        <w:t xml:space="preserve"> e la data di sottoscrizione della presente dichiarazione, in conformità a quanto prescritto dal Bando di attuazione del Codice Intervento 222507 (DDR n. 646/2026).</w:t>
      </w:r>
    </w:p>
    <w:p w14:paraId="157F0DD5" w14:textId="77777777" w:rsidR="00450E2F" w:rsidRPr="0050341A" w:rsidRDefault="00FA0FEF" w:rsidP="0050341A">
      <w:pPr>
        <w:spacing w:before="200" w:after="120"/>
        <w:jc w:val="both"/>
        <w:rPr>
          <w:color w:val="auto"/>
        </w:rPr>
      </w:pPr>
      <w:r w:rsidRPr="0050341A">
        <w:rPr>
          <w:b/>
          <w:color w:val="auto"/>
          <w:sz w:val="24"/>
        </w:rPr>
        <w:lastRenderedPageBreak/>
        <w:t>SEZIONE II — CONTESTUALE ATTO DI IMPEGNO E OBBLIGHI DEL BENEFICIARIO</w:t>
      </w:r>
    </w:p>
    <w:p w14:paraId="464266C4" w14:textId="77777777" w:rsidR="00450E2F" w:rsidRPr="0050341A" w:rsidRDefault="00FA0FEF" w:rsidP="0050341A">
      <w:pPr>
        <w:jc w:val="both"/>
        <w:rPr>
          <w:color w:val="auto"/>
        </w:rPr>
      </w:pPr>
      <w:r w:rsidRPr="0050341A">
        <w:rPr>
          <w:b/>
          <w:color w:val="auto"/>
        </w:rPr>
        <w:t>E CONTESTUALMENTE SI IMPEGNA:</w:t>
      </w:r>
    </w:p>
    <w:p w14:paraId="7C6D447E" w14:textId="1D9746CE" w:rsidR="00450E2F" w:rsidRPr="0050341A" w:rsidRDefault="0050341A" w:rsidP="660D58A3">
      <w:pPr>
        <w:pStyle w:val="Puntoelenco"/>
        <w:spacing w:after="80"/>
        <w:jc w:val="both"/>
        <w:rPr>
          <w:color w:val="auto"/>
        </w:rPr>
      </w:pPr>
      <w:r w:rsidRPr="660D58A3">
        <w:rPr>
          <w:color w:val="auto"/>
        </w:rPr>
        <w:t xml:space="preserve">a mantenere l'attività d'impresa in effettivo esercizio e senza soluzioni di continuità fino alla data del 31 dicembre 2026 (fine del periodo di eleggibilità delle spese per l'evento eccezionale ex Decisione di Esecuzione (UE) 2026/889 e par. 1.4 del Bando), mantenendo altresì l'iscrizione attiva alla </w:t>
      </w:r>
      <w:proofErr w:type="gramStart"/>
      <w:r w:rsidRPr="660D58A3">
        <w:rPr>
          <w:color w:val="auto"/>
        </w:rPr>
        <w:t>CCIAA  almeno</w:t>
      </w:r>
      <w:proofErr w:type="gramEnd"/>
      <w:r w:rsidRPr="660D58A3">
        <w:rPr>
          <w:color w:val="auto"/>
        </w:rPr>
        <w:t xml:space="preserve"> fino alla liquidazione del saldo finale.</w:t>
      </w:r>
    </w:p>
    <w:p w14:paraId="06E98712" w14:textId="55EE4EFC" w:rsidR="00450E2F" w:rsidRPr="0050341A" w:rsidRDefault="0075690D" w:rsidP="0075690D">
      <w:pPr>
        <w:pStyle w:val="Puntoelenco"/>
        <w:numPr>
          <w:ilvl w:val="0"/>
          <w:numId w:val="10"/>
        </w:numPr>
        <w:spacing w:after="80"/>
        <w:jc w:val="both"/>
        <w:rPr>
          <w:color w:val="auto"/>
        </w:rPr>
      </w:pPr>
      <w:r w:rsidRPr="0075690D">
        <w:rPr>
          <w:bCs/>
          <w:color w:val="auto"/>
        </w:rPr>
        <w:t>a</w:t>
      </w:r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comunicare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tempestivamente</w:t>
      </w:r>
      <w:proofErr w:type="spellEnd"/>
      <w:r w:rsidRPr="0050341A">
        <w:rPr>
          <w:color w:val="auto"/>
        </w:rPr>
        <w:t xml:space="preserve"> alla Regione Campania - UOS 207.01.03 (all'indirizzo PEC agricoltura.competitivita@pec.regione.campania.it), e comunque entro e non oltre 10 (dieci) giorni dal verificarsi dell'evento, ogni ed </w:t>
      </w:r>
      <w:proofErr w:type="spellStart"/>
      <w:r w:rsidRPr="0050341A">
        <w:rPr>
          <w:color w:val="auto"/>
        </w:rPr>
        <w:t>eventuale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variazione</w:t>
      </w:r>
      <w:proofErr w:type="spellEnd"/>
      <w:r w:rsidRPr="0050341A">
        <w:rPr>
          <w:color w:val="auto"/>
        </w:rPr>
        <w:t xml:space="preserve">, </w:t>
      </w:r>
      <w:proofErr w:type="spellStart"/>
      <w:r w:rsidRPr="0050341A">
        <w:rPr>
          <w:color w:val="auto"/>
        </w:rPr>
        <w:t>sospensione</w:t>
      </w:r>
      <w:proofErr w:type="spellEnd"/>
      <w:r w:rsidRPr="0050341A">
        <w:rPr>
          <w:color w:val="auto"/>
        </w:rPr>
        <w:t xml:space="preserve"> o </w:t>
      </w:r>
      <w:proofErr w:type="spellStart"/>
      <w:r w:rsidRPr="0050341A">
        <w:rPr>
          <w:color w:val="auto"/>
        </w:rPr>
        <w:t>cessazione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dell'attività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aziendale</w:t>
      </w:r>
      <w:proofErr w:type="spellEnd"/>
      <w:r>
        <w:rPr>
          <w:color w:val="auto"/>
        </w:rPr>
        <w:t xml:space="preserve"> </w:t>
      </w:r>
      <w:r w:rsidRPr="0050341A">
        <w:rPr>
          <w:color w:val="auto"/>
        </w:rPr>
        <w:t xml:space="preserve">o </w:t>
      </w:r>
      <w:proofErr w:type="spellStart"/>
      <w:r w:rsidRPr="0050341A">
        <w:rPr>
          <w:color w:val="auto"/>
        </w:rPr>
        <w:t>modifica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dei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dati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dichiarati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che</w:t>
      </w:r>
      <w:proofErr w:type="spellEnd"/>
      <w:r w:rsidRPr="0050341A">
        <w:rPr>
          <w:color w:val="auto"/>
        </w:rPr>
        <w:t xml:space="preserve"> dovesse intervenire entro il 31 dicembre 2026.</w:t>
      </w:r>
    </w:p>
    <w:p w14:paraId="3AA42122" w14:textId="4FA7EF5B" w:rsidR="00450E2F" w:rsidRPr="0050341A" w:rsidRDefault="0075690D" w:rsidP="0075690D">
      <w:pPr>
        <w:pStyle w:val="Puntoelenco"/>
        <w:numPr>
          <w:ilvl w:val="0"/>
          <w:numId w:val="10"/>
        </w:numPr>
        <w:spacing w:after="80"/>
        <w:jc w:val="both"/>
        <w:rPr>
          <w:color w:val="auto"/>
        </w:rPr>
      </w:pPr>
      <w:r w:rsidRPr="0075690D">
        <w:rPr>
          <w:bCs/>
          <w:color w:val="auto"/>
        </w:rPr>
        <w:t>a</w:t>
      </w:r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restituire</w:t>
      </w:r>
      <w:proofErr w:type="spellEnd"/>
      <w:r w:rsidRPr="0050341A">
        <w:rPr>
          <w:color w:val="auto"/>
        </w:rPr>
        <w:t xml:space="preserve"> </w:t>
      </w:r>
      <w:proofErr w:type="spellStart"/>
      <w:r w:rsidRPr="0050341A">
        <w:rPr>
          <w:color w:val="auto"/>
        </w:rPr>
        <w:t>tempestivamente</w:t>
      </w:r>
      <w:proofErr w:type="spellEnd"/>
      <w:r w:rsidRPr="0050341A">
        <w:rPr>
          <w:color w:val="auto"/>
        </w:rPr>
        <w:t xml:space="preserve"> e senza indugio le somme che dovessero risultare erogate in eccesso o indebitamente, maggiorate degli interessi di legge, anche mediante compensazione con altri crediti FEAMPA laddove applicabile ex par. 7.3 del Bando.</w:t>
      </w:r>
    </w:p>
    <w:p w14:paraId="4597EB5F" w14:textId="77777777" w:rsidR="00450E2F" w:rsidRPr="0050341A" w:rsidRDefault="00450E2F" w:rsidP="0050341A">
      <w:pPr>
        <w:spacing w:after="240"/>
        <w:jc w:val="both"/>
        <w:rPr>
          <w:color w:val="auto"/>
        </w:rPr>
      </w:pPr>
    </w:p>
    <w:p w14:paraId="702D6311" w14:textId="77777777" w:rsidR="00450E2F" w:rsidRPr="0050341A" w:rsidRDefault="00FA0FEF">
      <w:pPr>
        <w:spacing w:before="240"/>
        <w:rPr>
          <w:color w:val="auto"/>
        </w:rPr>
      </w:pPr>
      <w:r w:rsidRPr="0050341A">
        <w:rPr>
          <w:color w:val="auto"/>
        </w:rPr>
        <w:t>Luogo e data: ________________________, ____/____/2026</w:t>
      </w:r>
      <w:r w:rsidRPr="0050341A">
        <w:rPr>
          <w:color w:val="auto"/>
        </w:rPr>
        <w:br/>
      </w:r>
      <w:r w:rsidRPr="0050341A">
        <w:rPr>
          <w:color w:val="auto"/>
        </w:rPr>
        <w:br/>
      </w:r>
      <w:r w:rsidRPr="0050341A">
        <w:rPr>
          <w:color w:val="auto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42"/>
        <w:gridCol w:w="4818"/>
      </w:tblGrid>
      <w:tr w:rsidR="00450E2F" w:rsidRPr="0050341A" w14:paraId="573624A0" w14:textId="77777777" w:rsidTr="00B80E14">
        <w:trPr>
          <w:jc w:val="center"/>
        </w:trPr>
        <w:tc>
          <w:tcPr>
            <w:tcW w:w="4608" w:type="dxa"/>
          </w:tcPr>
          <w:p w14:paraId="183E6EED" w14:textId="77777777" w:rsidR="00450E2F" w:rsidRPr="0050341A" w:rsidRDefault="00FA0FEF">
            <w:pPr>
              <w:rPr>
                <w:color w:val="auto"/>
              </w:rPr>
            </w:pPr>
            <w:r w:rsidRPr="0050341A">
              <w:rPr>
                <w:i/>
                <w:color w:val="auto"/>
                <w:sz w:val="18"/>
              </w:rPr>
              <w:t>Timbro dell'Impresa (se esistente)</w:t>
            </w:r>
          </w:p>
        </w:tc>
        <w:tc>
          <w:tcPr>
            <w:tcW w:w="4818" w:type="dxa"/>
          </w:tcPr>
          <w:p w14:paraId="2E32355E" w14:textId="77777777" w:rsidR="00450E2F" w:rsidRPr="0050341A" w:rsidRDefault="00FA0FEF">
            <w:pPr>
              <w:jc w:val="center"/>
              <w:rPr>
                <w:color w:val="auto"/>
              </w:rPr>
            </w:pPr>
            <w:r w:rsidRPr="0050341A">
              <w:rPr>
                <w:b/>
                <w:color w:val="auto"/>
              </w:rPr>
              <w:t>Il/La Dichiarante</w:t>
            </w:r>
            <w:r w:rsidRPr="0050341A">
              <w:rPr>
                <w:b/>
                <w:color w:val="auto"/>
              </w:rPr>
              <w:br/>
            </w:r>
            <w:r w:rsidRPr="0050341A">
              <w:rPr>
                <w:i/>
                <w:color w:val="auto"/>
              </w:rPr>
              <w:t>(Firma digitale o firma autografa)</w:t>
            </w:r>
            <w:r w:rsidRPr="0050341A">
              <w:rPr>
                <w:i/>
                <w:color w:val="auto"/>
              </w:rPr>
              <w:br/>
            </w:r>
            <w:r w:rsidRPr="0050341A">
              <w:rPr>
                <w:i/>
                <w:color w:val="auto"/>
              </w:rPr>
              <w:br/>
            </w:r>
            <w:r w:rsidRPr="0050341A">
              <w:rPr>
                <w:color w:val="auto"/>
              </w:rPr>
              <w:t>__________________________________________</w:t>
            </w:r>
          </w:p>
        </w:tc>
      </w:tr>
    </w:tbl>
    <w:p w14:paraId="4982A5FC" w14:textId="77777777" w:rsidR="00B80E14" w:rsidRDefault="00B80E14" w:rsidP="00B80E14">
      <w:pPr>
        <w:spacing w:after="320"/>
        <w:rPr>
          <w:b/>
          <w:color w:val="auto"/>
          <w:sz w:val="19"/>
        </w:rPr>
      </w:pPr>
    </w:p>
    <w:p w14:paraId="44F7EBBC" w14:textId="77777777" w:rsidR="00B80E14" w:rsidRDefault="00B80E14" w:rsidP="00B80E14">
      <w:pPr>
        <w:spacing w:after="320"/>
        <w:rPr>
          <w:b/>
          <w:color w:val="auto"/>
          <w:sz w:val="19"/>
        </w:rPr>
      </w:pPr>
    </w:p>
    <w:p w14:paraId="1246356F" w14:textId="77777777" w:rsidR="00B80E14" w:rsidRDefault="00B80E14" w:rsidP="00B80E14">
      <w:pPr>
        <w:spacing w:after="320"/>
        <w:rPr>
          <w:b/>
          <w:color w:val="auto"/>
          <w:sz w:val="19"/>
        </w:rPr>
      </w:pPr>
    </w:p>
    <w:p w14:paraId="31BD485E" w14:textId="761B5985" w:rsidR="00A53147" w:rsidRPr="0050341A" w:rsidRDefault="00B80E14" w:rsidP="00B80E14">
      <w:pPr>
        <w:spacing w:after="320"/>
        <w:rPr>
          <w:color w:val="auto"/>
        </w:rPr>
      </w:pPr>
      <w:r w:rsidRPr="0050341A">
        <w:rPr>
          <w:b/>
          <w:color w:val="auto"/>
          <w:sz w:val="19"/>
        </w:rPr>
        <w:t>INFORMATIVA PRIVACY E MODALITÀ DI SOTTOSCRIZIONE</w:t>
      </w:r>
      <w:r w:rsidRPr="0050341A">
        <w:rPr>
          <w:b/>
          <w:color w:val="auto"/>
          <w:sz w:val="19"/>
        </w:rPr>
        <w:br/>
      </w:r>
      <w:r w:rsidRPr="0050341A">
        <w:rPr>
          <w:color w:val="auto"/>
          <w:sz w:val="17"/>
        </w:rPr>
        <w:t xml:space="preserve">• </w:t>
      </w:r>
      <w:proofErr w:type="spellStart"/>
      <w:r w:rsidRPr="0050341A">
        <w:rPr>
          <w:color w:val="auto"/>
          <w:sz w:val="17"/>
        </w:rPr>
        <w:t>Modalità</w:t>
      </w:r>
      <w:proofErr w:type="spellEnd"/>
      <w:r w:rsidRPr="0050341A">
        <w:rPr>
          <w:color w:val="auto"/>
          <w:sz w:val="17"/>
        </w:rPr>
        <w:t xml:space="preserve"> di </w:t>
      </w:r>
      <w:proofErr w:type="spellStart"/>
      <w:r w:rsidRPr="0050341A">
        <w:rPr>
          <w:color w:val="auto"/>
          <w:sz w:val="17"/>
        </w:rPr>
        <w:t>firma</w:t>
      </w:r>
      <w:proofErr w:type="spellEnd"/>
      <w:r w:rsidRPr="0050341A">
        <w:rPr>
          <w:color w:val="auto"/>
          <w:sz w:val="17"/>
        </w:rPr>
        <w:t xml:space="preserve">: Ai sensi </w:t>
      </w:r>
      <w:proofErr w:type="spellStart"/>
      <w:r w:rsidRPr="0050341A">
        <w:rPr>
          <w:color w:val="auto"/>
          <w:sz w:val="17"/>
        </w:rPr>
        <w:t>dell'art</w:t>
      </w:r>
      <w:proofErr w:type="spellEnd"/>
      <w:r w:rsidRPr="0050341A">
        <w:rPr>
          <w:color w:val="auto"/>
          <w:sz w:val="17"/>
        </w:rPr>
        <w:t xml:space="preserve">. 38 D.P.R. 445/2000 e del par. 2.2 del Bando, la </w:t>
      </w:r>
      <w:proofErr w:type="spellStart"/>
      <w:r w:rsidRPr="0050341A">
        <w:rPr>
          <w:color w:val="auto"/>
          <w:sz w:val="17"/>
        </w:rPr>
        <w:t>presente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dichiarazione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può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essere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sottoscritta</w:t>
      </w:r>
      <w:proofErr w:type="spellEnd"/>
      <w:r w:rsidRPr="0050341A">
        <w:rPr>
          <w:color w:val="auto"/>
          <w:sz w:val="17"/>
        </w:rPr>
        <w:t xml:space="preserve"> con </w:t>
      </w:r>
      <w:proofErr w:type="spellStart"/>
      <w:r w:rsidRPr="0050341A">
        <w:rPr>
          <w:color w:val="auto"/>
          <w:sz w:val="17"/>
        </w:rPr>
        <w:t>firma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digitale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qualificata</w:t>
      </w:r>
      <w:proofErr w:type="spellEnd"/>
      <w:r w:rsidRPr="0050341A">
        <w:rPr>
          <w:color w:val="auto"/>
          <w:sz w:val="17"/>
        </w:rPr>
        <w:t xml:space="preserve"> (</w:t>
      </w:r>
      <w:proofErr w:type="spellStart"/>
      <w:r w:rsidRPr="0050341A">
        <w:rPr>
          <w:color w:val="auto"/>
          <w:sz w:val="17"/>
        </w:rPr>
        <w:t>CAdES</w:t>
      </w:r>
      <w:proofErr w:type="spellEnd"/>
      <w:r w:rsidRPr="0050341A">
        <w:rPr>
          <w:color w:val="auto"/>
          <w:sz w:val="17"/>
        </w:rPr>
        <w:t>/</w:t>
      </w:r>
      <w:proofErr w:type="spellStart"/>
      <w:r w:rsidRPr="0050341A">
        <w:rPr>
          <w:color w:val="auto"/>
          <w:sz w:val="17"/>
        </w:rPr>
        <w:t>PAdES</w:t>
      </w:r>
      <w:proofErr w:type="spellEnd"/>
      <w:r w:rsidRPr="0050341A">
        <w:rPr>
          <w:color w:val="auto"/>
          <w:sz w:val="17"/>
        </w:rPr>
        <w:t xml:space="preserve">) </w:t>
      </w:r>
      <w:proofErr w:type="spellStart"/>
      <w:r w:rsidRPr="0050341A">
        <w:rPr>
          <w:color w:val="auto"/>
          <w:sz w:val="17"/>
        </w:rPr>
        <w:t>oppure</w:t>
      </w:r>
      <w:proofErr w:type="spellEnd"/>
      <w:r w:rsidRPr="0050341A">
        <w:rPr>
          <w:color w:val="auto"/>
          <w:sz w:val="17"/>
        </w:rPr>
        <w:t xml:space="preserve"> con </w:t>
      </w:r>
      <w:proofErr w:type="spellStart"/>
      <w:r w:rsidRPr="0050341A">
        <w:rPr>
          <w:color w:val="auto"/>
          <w:sz w:val="17"/>
        </w:rPr>
        <w:t>firma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autografa</w:t>
      </w:r>
      <w:proofErr w:type="spellEnd"/>
      <w:r w:rsidRPr="0050341A">
        <w:rPr>
          <w:color w:val="auto"/>
          <w:sz w:val="17"/>
        </w:rPr>
        <w:t xml:space="preserve">. In </w:t>
      </w:r>
      <w:proofErr w:type="spellStart"/>
      <w:r w:rsidRPr="0050341A">
        <w:rPr>
          <w:color w:val="auto"/>
          <w:sz w:val="17"/>
        </w:rPr>
        <w:t>caso</w:t>
      </w:r>
      <w:proofErr w:type="spellEnd"/>
      <w:r w:rsidRPr="0050341A">
        <w:rPr>
          <w:color w:val="auto"/>
          <w:sz w:val="17"/>
        </w:rPr>
        <w:t xml:space="preserve"> di </w:t>
      </w:r>
      <w:proofErr w:type="spellStart"/>
      <w:r w:rsidRPr="0050341A">
        <w:rPr>
          <w:color w:val="auto"/>
          <w:sz w:val="17"/>
        </w:rPr>
        <w:t>firma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autografa</w:t>
      </w:r>
      <w:proofErr w:type="spellEnd"/>
      <w:r w:rsidRPr="0050341A">
        <w:rPr>
          <w:color w:val="auto"/>
          <w:sz w:val="17"/>
        </w:rPr>
        <w:t xml:space="preserve">, </w:t>
      </w:r>
      <w:proofErr w:type="spellStart"/>
      <w:r w:rsidRPr="0050341A">
        <w:rPr>
          <w:color w:val="auto"/>
          <w:sz w:val="17"/>
        </w:rPr>
        <w:t>occorre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allegare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copia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fotostatica</w:t>
      </w:r>
      <w:proofErr w:type="spellEnd"/>
      <w:r w:rsidRPr="0050341A">
        <w:rPr>
          <w:color w:val="auto"/>
          <w:sz w:val="17"/>
        </w:rPr>
        <w:t xml:space="preserve"> di un </w:t>
      </w:r>
      <w:proofErr w:type="spellStart"/>
      <w:r w:rsidRPr="0050341A">
        <w:rPr>
          <w:color w:val="auto"/>
          <w:sz w:val="17"/>
        </w:rPr>
        <w:t>documento</w:t>
      </w:r>
      <w:proofErr w:type="spellEnd"/>
      <w:r w:rsidRPr="0050341A">
        <w:rPr>
          <w:color w:val="auto"/>
          <w:sz w:val="17"/>
        </w:rPr>
        <w:t xml:space="preserve"> di </w:t>
      </w:r>
      <w:proofErr w:type="spellStart"/>
      <w:r w:rsidRPr="0050341A">
        <w:rPr>
          <w:color w:val="auto"/>
          <w:sz w:val="17"/>
        </w:rPr>
        <w:t>identità</w:t>
      </w:r>
      <w:proofErr w:type="spellEnd"/>
      <w:r w:rsidRPr="0050341A">
        <w:rPr>
          <w:color w:val="auto"/>
          <w:sz w:val="17"/>
        </w:rPr>
        <w:t xml:space="preserve"> del </w:t>
      </w:r>
      <w:proofErr w:type="spellStart"/>
      <w:r w:rsidRPr="0050341A">
        <w:rPr>
          <w:color w:val="auto"/>
          <w:sz w:val="17"/>
        </w:rPr>
        <w:t>dichiarante</w:t>
      </w:r>
      <w:proofErr w:type="spellEnd"/>
      <w:r w:rsidRPr="0050341A">
        <w:rPr>
          <w:color w:val="auto"/>
          <w:sz w:val="17"/>
        </w:rPr>
        <w:t xml:space="preserve"> in </w:t>
      </w:r>
      <w:proofErr w:type="spellStart"/>
      <w:r w:rsidRPr="0050341A">
        <w:rPr>
          <w:color w:val="auto"/>
          <w:sz w:val="17"/>
        </w:rPr>
        <w:t>corso</w:t>
      </w:r>
      <w:proofErr w:type="spellEnd"/>
      <w:r w:rsidRPr="0050341A">
        <w:rPr>
          <w:color w:val="auto"/>
          <w:sz w:val="17"/>
        </w:rPr>
        <w:t xml:space="preserve"> di </w:t>
      </w:r>
      <w:proofErr w:type="spellStart"/>
      <w:r w:rsidRPr="0050341A">
        <w:rPr>
          <w:color w:val="auto"/>
          <w:sz w:val="17"/>
        </w:rPr>
        <w:t>validità</w:t>
      </w:r>
      <w:proofErr w:type="spellEnd"/>
      <w:r w:rsidRPr="0050341A">
        <w:rPr>
          <w:color w:val="auto"/>
          <w:sz w:val="17"/>
        </w:rPr>
        <w:t>.</w:t>
      </w:r>
      <w:r w:rsidRPr="0050341A">
        <w:rPr>
          <w:color w:val="auto"/>
          <w:sz w:val="17"/>
        </w:rPr>
        <w:br/>
        <w:t xml:space="preserve">• </w:t>
      </w:r>
      <w:proofErr w:type="spellStart"/>
      <w:r w:rsidRPr="0050341A">
        <w:rPr>
          <w:color w:val="auto"/>
          <w:sz w:val="17"/>
        </w:rPr>
        <w:t>Trattamento</w:t>
      </w:r>
      <w:proofErr w:type="spellEnd"/>
      <w:r w:rsidRPr="0050341A">
        <w:rPr>
          <w:color w:val="auto"/>
          <w:sz w:val="17"/>
        </w:rPr>
        <w:t xml:space="preserve"> Dati: I </w:t>
      </w:r>
      <w:proofErr w:type="spellStart"/>
      <w:r w:rsidRPr="0050341A">
        <w:rPr>
          <w:color w:val="auto"/>
          <w:sz w:val="17"/>
        </w:rPr>
        <w:t>dati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personali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resi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saranno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trattati</w:t>
      </w:r>
      <w:proofErr w:type="spellEnd"/>
      <w:r w:rsidRPr="0050341A">
        <w:rPr>
          <w:color w:val="auto"/>
          <w:sz w:val="17"/>
        </w:rPr>
        <w:t xml:space="preserve"> ai sensi del </w:t>
      </w:r>
      <w:proofErr w:type="spellStart"/>
      <w:r w:rsidRPr="0050341A">
        <w:rPr>
          <w:color w:val="auto"/>
          <w:sz w:val="17"/>
        </w:rPr>
        <w:t>Regolamento</w:t>
      </w:r>
      <w:proofErr w:type="spellEnd"/>
      <w:r w:rsidRPr="0050341A">
        <w:rPr>
          <w:color w:val="auto"/>
          <w:sz w:val="17"/>
        </w:rPr>
        <w:t xml:space="preserve"> (UE) 2016/679 (GDPR) e del </w:t>
      </w:r>
      <w:proofErr w:type="spellStart"/>
      <w:proofErr w:type="gramStart"/>
      <w:r w:rsidRPr="0050341A">
        <w:rPr>
          <w:color w:val="auto"/>
          <w:sz w:val="17"/>
        </w:rPr>
        <w:t>D.Lgs</w:t>
      </w:r>
      <w:proofErr w:type="spellEnd"/>
      <w:proofErr w:type="gramEnd"/>
      <w:r w:rsidRPr="0050341A">
        <w:rPr>
          <w:color w:val="auto"/>
          <w:sz w:val="17"/>
        </w:rPr>
        <w:t xml:space="preserve">. 196/2003 </w:t>
      </w:r>
      <w:proofErr w:type="spellStart"/>
      <w:r w:rsidRPr="0050341A">
        <w:rPr>
          <w:color w:val="auto"/>
          <w:sz w:val="17"/>
        </w:rPr>
        <w:t>esclusivamente</w:t>
      </w:r>
      <w:proofErr w:type="spellEnd"/>
      <w:r w:rsidRPr="0050341A">
        <w:rPr>
          <w:color w:val="auto"/>
          <w:sz w:val="17"/>
        </w:rPr>
        <w:t xml:space="preserve"> per le </w:t>
      </w:r>
      <w:proofErr w:type="spellStart"/>
      <w:r w:rsidRPr="0050341A">
        <w:rPr>
          <w:color w:val="auto"/>
          <w:sz w:val="17"/>
        </w:rPr>
        <w:t>finalità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istruttorie</w:t>
      </w:r>
      <w:proofErr w:type="spellEnd"/>
      <w:r w:rsidRPr="0050341A">
        <w:rPr>
          <w:color w:val="auto"/>
          <w:sz w:val="17"/>
        </w:rPr>
        <w:t xml:space="preserve"> e di </w:t>
      </w:r>
      <w:proofErr w:type="spellStart"/>
      <w:r w:rsidRPr="0050341A">
        <w:rPr>
          <w:color w:val="auto"/>
          <w:sz w:val="17"/>
        </w:rPr>
        <w:t>controllo</w:t>
      </w:r>
      <w:proofErr w:type="spellEnd"/>
      <w:r w:rsidRPr="0050341A">
        <w:rPr>
          <w:color w:val="auto"/>
          <w:sz w:val="17"/>
        </w:rPr>
        <w:t xml:space="preserve"> del Bando PN FEAMPA 2021-2027 (</w:t>
      </w:r>
      <w:proofErr w:type="spellStart"/>
      <w:r w:rsidRPr="0050341A">
        <w:rPr>
          <w:color w:val="auto"/>
          <w:sz w:val="17"/>
        </w:rPr>
        <w:t>Codice</w:t>
      </w:r>
      <w:proofErr w:type="spellEnd"/>
      <w:r w:rsidRPr="0050341A">
        <w:rPr>
          <w:color w:val="auto"/>
          <w:sz w:val="17"/>
        </w:rPr>
        <w:t xml:space="preserve"> </w:t>
      </w:r>
      <w:proofErr w:type="spellStart"/>
      <w:r w:rsidRPr="0050341A">
        <w:rPr>
          <w:color w:val="auto"/>
          <w:sz w:val="17"/>
        </w:rPr>
        <w:t>Intervento</w:t>
      </w:r>
      <w:proofErr w:type="spellEnd"/>
      <w:r w:rsidRPr="0050341A">
        <w:rPr>
          <w:color w:val="auto"/>
          <w:sz w:val="17"/>
        </w:rPr>
        <w:t xml:space="preserve"> 222507).</w:t>
      </w:r>
    </w:p>
    <w:sectPr w:rsidR="00A53147" w:rsidRPr="0050341A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B2C23" w14:textId="77777777" w:rsidR="00F14E54" w:rsidRDefault="00F14E54" w:rsidP="0050341A">
      <w:pPr>
        <w:spacing w:after="0" w:line="240" w:lineRule="auto"/>
      </w:pPr>
      <w:r>
        <w:separator/>
      </w:r>
    </w:p>
  </w:endnote>
  <w:endnote w:type="continuationSeparator" w:id="0">
    <w:p w14:paraId="1BC54378" w14:textId="77777777" w:rsidR="00F14E54" w:rsidRDefault="00F14E54" w:rsidP="00503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564D" w14:textId="77777777" w:rsidR="00120AE7" w:rsidRDefault="00120A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3CF7" w14:textId="77777777" w:rsidR="00120AE7" w:rsidRDefault="00120A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A6D7" w14:textId="77777777" w:rsidR="00120AE7" w:rsidRDefault="00120A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1386" w14:textId="77777777" w:rsidR="00F14E54" w:rsidRDefault="00F14E54" w:rsidP="0050341A">
      <w:pPr>
        <w:spacing w:after="0" w:line="240" w:lineRule="auto"/>
      </w:pPr>
      <w:r>
        <w:separator/>
      </w:r>
    </w:p>
  </w:footnote>
  <w:footnote w:type="continuationSeparator" w:id="0">
    <w:p w14:paraId="73F0B73B" w14:textId="77777777" w:rsidR="00F14E54" w:rsidRDefault="00F14E54" w:rsidP="00503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FA753" w14:textId="77777777" w:rsidR="00120AE7" w:rsidRDefault="00120A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B22DD" w14:textId="7E6C4C75" w:rsidR="0050341A" w:rsidRDefault="0050341A">
    <w:pPr>
      <w:pStyle w:val="Intestazione"/>
    </w:pPr>
    <w:r>
      <w:rPr>
        <w:noProof/>
      </w:rPr>
      <w:drawing>
        <wp:inline distT="0" distB="0" distL="0" distR="0" wp14:anchorId="25D02693" wp14:editId="6B678BD5">
          <wp:extent cx="5943600" cy="628650"/>
          <wp:effectExtent l="0" t="0" r="0" b="0"/>
          <wp:docPr id="1462097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93C09" w14:textId="77777777" w:rsidR="00120AE7" w:rsidRDefault="00120A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BE65DB"/>
    <w:multiLevelType w:val="hybridMultilevel"/>
    <w:tmpl w:val="83BEB09E"/>
    <w:lvl w:ilvl="0" w:tplc="D09C78F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8943">
    <w:abstractNumId w:val="8"/>
  </w:num>
  <w:num w:numId="2" w16cid:durableId="277490325">
    <w:abstractNumId w:val="6"/>
  </w:num>
  <w:num w:numId="3" w16cid:durableId="1973246880">
    <w:abstractNumId w:val="5"/>
  </w:num>
  <w:num w:numId="4" w16cid:durableId="1803838692">
    <w:abstractNumId w:val="4"/>
  </w:num>
  <w:num w:numId="5" w16cid:durableId="1506557503">
    <w:abstractNumId w:val="7"/>
  </w:num>
  <w:num w:numId="6" w16cid:durableId="287669898">
    <w:abstractNumId w:val="3"/>
  </w:num>
  <w:num w:numId="7" w16cid:durableId="800148353">
    <w:abstractNumId w:val="2"/>
  </w:num>
  <w:num w:numId="8" w16cid:durableId="1402824490">
    <w:abstractNumId w:val="1"/>
  </w:num>
  <w:num w:numId="9" w16cid:durableId="901478150">
    <w:abstractNumId w:val="0"/>
  </w:num>
  <w:num w:numId="10" w16cid:durableId="2466207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098"/>
    <w:rsid w:val="000D53E3"/>
    <w:rsid w:val="00120AE7"/>
    <w:rsid w:val="0015074B"/>
    <w:rsid w:val="0029639D"/>
    <w:rsid w:val="00326F90"/>
    <w:rsid w:val="00450E2F"/>
    <w:rsid w:val="0050341A"/>
    <w:rsid w:val="00724FB7"/>
    <w:rsid w:val="0075690D"/>
    <w:rsid w:val="00A53147"/>
    <w:rsid w:val="00AA1D8D"/>
    <w:rsid w:val="00B47730"/>
    <w:rsid w:val="00B80E14"/>
    <w:rsid w:val="00CB0664"/>
    <w:rsid w:val="00F14E54"/>
    <w:rsid w:val="00FA0FEF"/>
    <w:rsid w:val="00FA1C23"/>
    <w:rsid w:val="00FC693F"/>
    <w:rsid w:val="660D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01B4C"/>
  <w14:defaultImageDpi w14:val="300"/>
  <w15:docId w15:val="{5D4102EA-7F07-497A-A9AD-2B1A54CA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6f2ac8-2b13-4ad3-80ca-9dc9f0e23fc5" xsi:nil="true"/>
    <lcf76f155ced4ddcb4097134ff3c332f xmlns="56d40eb4-1b86-4615-8742-20dc5c7c6a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69C9C531987F4C9B043ADF27274DDC" ma:contentTypeVersion="13" ma:contentTypeDescription="Creare un nuovo documento." ma:contentTypeScope="" ma:versionID="f406ee0177d9a32b4bfd1e4f8908f079">
  <xsd:schema xmlns:xsd="http://www.w3.org/2001/XMLSchema" xmlns:xs="http://www.w3.org/2001/XMLSchema" xmlns:p="http://schemas.microsoft.com/office/2006/metadata/properties" xmlns:ns2="56d40eb4-1b86-4615-8742-20dc5c7c6a53" xmlns:ns3="236f2ac8-2b13-4ad3-80ca-9dc9f0e23fc5" targetNamespace="http://schemas.microsoft.com/office/2006/metadata/properties" ma:root="true" ma:fieldsID="18d0ffe055d198900dd1b6d747692b80" ns2:_="" ns3:_="">
    <xsd:import namespace="56d40eb4-1b86-4615-8742-20dc5c7c6a53"/>
    <xsd:import namespace="236f2ac8-2b13-4ad3-80ca-9dc9f0e23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40eb4-1b86-4615-8742-20dc5c7c6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2ac8-2b13-4ad3-80ca-9dc9f0e23f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4de684-a985-4850-a811-355a94b53b3e}" ma:internalName="TaxCatchAll" ma:showField="CatchAllData" ma:web="236f2ac8-2b13-4ad3-80ca-9dc9f0e23f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3724E1-225A-45B7-8078-450F0B3EEFFD}">
  <ds:schemaRefs>
    <ds:schemaRef ds:uri="http://schemas.microsoft.com/office/2006/metadata/properties"/>
    <ds:schemaRef ds:uri="http://schemas.microsoft.com/office/infopath/2007/PartnerControls"/>
    <ds:schemaRef ds:uri="236f2ac8-2b13-4ad3-80ca-9dc9f0e23fc5"/>
    <ds:schemaRef ds:uri="56d40eb4-1b86-4615-8742-20dc5c7c6a53"/>
  </ds:schemaRefs>
</ds:datastoreItem>
</file>

<file path=customXml/itemProps2.xml><?xml version="1.0" encoding="utf-8"?>
<ds:datastoreItem xmlns:ds="http://schemas.openxmlformats.org/officeDocument/2006/customXml" ds:itemID="{D4935EAB-A2C3-45DD-9C5C-FB0F3455D7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D4F20-96B3-438E-AE3E-CC8C27E85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40eb4-1b86-4615-8742-20dc5c7c6a53"/>
    <ds:schemaRef ds:uri="236f2ac8-2b13-4ad3-80ca-9dc9f0e23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acquacoltura</vt:lpstr>
    </vt:vector>
  </TitlesOfParts>
  <Manager/>
  <Company/>
  <LinksUpToDate>false</LinksUpToDate>
  <CharactersWithSpaces>3992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4</dc:title>
  <dc:subject/>
  <dc:creator>python-docx</dc:creator>
  <cp:keywords/>
  <dc:description>generated by python-docx</dc:description>
  <cp:lastModifiedBy>LINDA TODERICO</cp:lastModifiedBy>
  <cp:revision>4</cp:revision>
  <dcterms:created xsi:type="dcterms:W3CDTF">2026-11-04T15:29:00Z</dcterms:created>
  <dcterms:modified xsi:type="dcterms:W3CDTF">2026-11-05T12:49:00Z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0x0101008069C9C531987F4C9B043ADF27274DDC</vt:lpwstr>
  </property>
  <property fmtid="{D5CDD505-2E9C-101B-9397-08002B2CF9AE}" pid="3" name="MediaServiceImageTags">
    <vt:lpwstr/>
  </property>
</Properties>
</file>